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טיעון: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חלקי הטיעון ולזהות אותם בטקסט נתון.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קישור לפי תפקידן בכתיבה ובדיבור.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ובין נימוק חזק לנימוק חלש.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טיעון מלא ולתת משוב מועיל ומכבד לטיעון של חבר/ה.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מבנה הטיעון: הגשר מהטענה למסקנה – מכירים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במבנה הטיעון: הטענה היא היעד, והנימוקים מובילים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הנימוקים הם הסיבות שמסבירות למה חושבים כך, והם בונים את הדרך אל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הביסוס (דוגמה או הוכחה) בא אחרי הנימוק, כדי להראות שהוא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לדוגמה: 'לכן, אני מציע/ה להאריך את ההפסקה הגדולה ב-10 דקות'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מבנה הטיעון: הגשר מהטענה למסקנה – התאמה לפי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(לדעתי, צריך הפסקה ארוכה יותר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(ילדים צריכים לזוז כדי להתרכז)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(למשל, אחרי משחק כדור בהפסקה קל לי יותר להקשיב)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(לכן, אני מציע/ה להאריך את ההפסקה הגדולה ב-10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(2–3 נימוקים, כל אחד בפסקה משלו)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מבנה הטיעון: הגשר מהטענה למסקנה – בונים טיעון צעד אחר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טענה ברורה – מה אני חושב/ת על הנושא, במשפט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נימוק ראשון – מסבירים למה חושבים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ביסוס לנימוק – דוגמה, ניסיון אישי או הוכחה שמראים שהנימוק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מסכמים וממליצים – חוזרים על הטענה במילים אחרות ומציעים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מילות קישור לפי תפקיד – זיהוי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לאור הנאמר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מילות קישור לפי תפקיד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(לטענתי)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(ניתן לראות זאת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(למרות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(היות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(לאור הנאמר)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מילות קישור לפי תפקיד – שימוש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מזהים טיעון: טענה, עובדה או דעה, נימוק חזק או חלש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הטענה יכולה להופיע גם באמצע הטקסט או בסופו, לא תמיד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עובדה ניתנת לבדיקה, בניגוד לדעה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על דעה מתווכחים ואותה 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נימוק חזק צריך להסביר ולהתקשר לטענה, לא להסתפק ב"כי ככה"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מילים שמסגירות עמדה או רצון, לא עובדה נבדקת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מזהים טיעון: טענה, עובדה או דעה, נימוק חזק או חלש – זיהוי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ההפסקה הגדולה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בבית הספר יש שיעור ראשון בשעה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ביסוס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מבוסס על "כי ככה" או טעם אישי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זו הכללה שאי אפשר להוכיח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מזהים טיעון: טענה, עובדה או דעה, נימוק חזק או חלש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 הקשור לטענה ומוסבר, לדוגמה: בעלי חיים מלמדים אחריות ומחזקים למידה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תרגול שאלות בבית עזר לי להבין נושא קשה במתמטיקה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לבדוק זאת במחקר או במדידה, ואין בו הבעת רגש או טעם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טענה ברורה, נימוק קשור ומוסבר, ודוגמה או הוכחה שתומכת בנימוק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כותבים טיעון משלנו (טענה, נימוקים, ביסוס, סיכום)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לדעתי,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למשל,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להציג דוגמה או הוכחה לנימוק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כותבים טיעון משלנו (טענה, נימוקים, ביסוס, סיכום) – תרגול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כותבים טיעון משלנו (טענה, נימוקים, ביסוס, סיכום)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(פתיח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(פתיח לנימוק)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(פתיח לביסוס)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(פתיח לסיכום)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(הוספת נימוק נוסף)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ויכוח בעל פה בכבוד – מכירים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מציג/ה את הטענה של הקבוצה בבהירות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מפריך/ה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בודק/ת לפי המחוון: טענה, נימוק, דוגמה,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ויכוח בעל פה בכבוד – תפקידים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(מציג/ה את הטענה של הקבוצה בבהירות)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(מביא/ה נימוק ודוגמה)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(מקשיב/ה לצד השני ועונה לנימוק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(מסכם/ת ומציע/ה המלצה)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(בודק/ת לפי המחוון: טענה, נימוק, דוגמה, 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(מפעיל/ה את הטיימר ושומר/ת על התור)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ויכוח בעל פה בכבוד – מתרגלים 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לדעתי, יש להגביל שימוש במסכים לפני השינה.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 מבין/ה את הנקודה שלך, אבל מסכים מקשים על ההירדמות.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התשובה תסביר שהביקורת מכוונת לטענה ולא לאדם, כדי לשמור על כבוד ולא לפגוע.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לסיכום, אנחנו מציעים שבתי הספר יקבעו זמן קבוע לסיום השימוש במסכים.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משוב עמיתים על טיעון כתוב – מכירים את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משוב עמיתים על טיעון כתוב – מכירים את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במחוון המשוב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משוב טוב כולל גם מחמאה מדויקת וגם הצעה לשיפור ושאלה לכותב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משוב עמיתים על טיעון כתוב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(אפשר לדעת מה העמדה כבר בפתיחה)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(לפחות שני נימוקים שקשורים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(הטענה חוזרת והמלצה מעשית)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(משתמשים במילים מתאימות לכל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 רעיון בפסקה, כתיב ופיסוק נכונים)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משוב עמיתים על טיעון כתוב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הטענה מנוסחת במשפט אחד וברור, בדרך כלל עם פתיח כמו 'לדעתי' או 'אני חושב/ת ש'.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לפחות שני נימוקים, וכל נימוק מלווה בדוגמה, הוכחה או ניסיון אישי רלוונטי.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נעשה שימוש נכון במילות קישור לפי תפקידן (פתיחה, הוספה, דוגמה, ניגוד, סיבה, מסקנה), והסיכום כולל המלצה מעשית.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לשלושה-ארבעה מפגשים: מבנה ומילות קישור, זיהוי וניתוח, כתיבה עצמאית, ולבסוף ויכוח ומשוב עמיתים.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להתחיל מתרגילי הזיהוי (טענה, עובדה/דעה, חזק/חלש) לפני הכתיבה העצמאית, ולהרשות שימוש בבנק מילות הקישור כעזר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נימוק שלישי, לתרגל הפרכה של טיעון נגדי, ולהעשיר את מילות הקישור מעבר לבנק הבסיסי.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עבודה אישית (כתיבת הטיעון) לעבודה זוגית/קבוצתית (ויכוח בעל פה ומשוב עמיתים) כדי לחזק גם הקשבה וגם ביטוי בכתב.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טיעון: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שלב אחרי שלב את כתיבת הטיעון – מהבנת המבנה ועד כתיבה עצמאית וויכוח בעל פה. עבדו לפי סדר הפרקים, ובכל פרק קראו את הדוגמה לפני שאתם כותבים בעצמכם.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מבנה הטיעון: הגשר מהטענה למסקנה – מכירים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הטיעון בנוי כמו גשר, כשהטענה היא היעד שאליו מגיעים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הנימוקים הם ה'לבנים' שמחברות בין ההתחלה לטענה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הביסוס הוא תמיד המשפט הראשון בטיעון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חוזרים על הטענה במילים אחרות ומוסיפים המלצה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מבנה הטיעון: הגשר מהטענה למסקנה – התאמה לפי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2–3 נימוקים, כל אחד בפסקה משלו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לכן, אני מציע/ה להאריך את ההפסקה הגדולה ב-10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לדעתי, צריך הפסקה ארוכה יותר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ילדים צריכים לזוז כדי להתרכז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מספר הנימוקים המומלץ בטיעון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למשל, אחרי משחק כדור בהפסקה קל לי יותר להקשיב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מבנה הטיעון: הגשר מהטענה למסקנה – בונים טיעון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ביסוס לנימוק – דוגמה, ניסיון אישי או הוכחה שמראים שהנימוק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וממליצים – חוזרים על הטענה במילים אחרות ומציעים מה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נימוק ראשון – מסבירים למה חושבים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 ברורה – מה אני חושב/ת על הנושא, במשפט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מילות קישור לפי תפקיד – זיהוי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לתפקיד "הוספה"?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לתפקיד "ניגוד והסתייגות"?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לתפקיד "סיבה"?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מפני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לתפקיד "מסקנה וסיכום"?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לאור הנאמר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אמנם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מילות קישור לפי תפקיד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–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לאור הנאמר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 והסתייגות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לטענתי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למרות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מסקנה וסיכום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ניתן לראות זאת 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מילות קישור לפי תפקיד – שימוש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להאריך את ההפסקה. __________, ילדים צריכים לנוח מהלמידה.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חושב שכדאי טיול שנתי ארוך. __________, זה מחזק את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להגביל מסכים לפני השינה. __________ קשה להירדם אחרי צפייה ממושכת.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הממליצים על תלבושת אחידה, __________ רבים מתנגדים לרעיון.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מזהים טיעון: טענה, עובדה או דעה, נימוק חזק או חלש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בטקסט טיעוני תמיד מופיעה במשפט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משפט שאפשר לבדוק ולהוכיח אם הוא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שמישהו חושב, מרגיש או מאמין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יכול להיות פשוט "כי ככה אני חושב/ת" בלי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"הכי", "כדאי" ו"צריך" מרמזות לרוב על דעה ולא על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מזהים טיעון: טענה, עובדה או דעה, נימוק חזק או חלש – זיהוי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"הפסקה ארוכה – זה הזמן", מהי הטענה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צריכים לזוז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ההפסקה הגדולה צריכה להיות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בהפסקה מתחזקות חברויות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ההפסקה היא הזמן הכי טוב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מבין הבאים הוא עובדה ולא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 צריך להתחיל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הספר יש שיעור ראשון בשעה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ההפסקה הכי חשובה ביום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כדאי להוסיף עוד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"אחרי משחק כדור בהפסקה קל לי יותר להקשיב" – איזה חלק מהטיעון זהו?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ביסוס –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והמלצה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בעיקר הופך נימוק ל"חלש"?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מוסבר ומקושר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מבוסס על "כי ככה" או טעם אישי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כולל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כתוב בפסקה נפרדת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קראו: "כל מי שהולך לטיולים מצליח בחיים" – זהו נימוק לטענה שכדאי לקיים טיול שנתי. למה הוא חלש?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קצר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זו הכללה שאי אפשר להוכיח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בו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כתוב בגוף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מזהים טיעון: טענה, עובדה או דעה, נימוק חזק או חלש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נימוק חזק אחד לטענה "כדאי להביא בעלי חיים לכיתה", והסבירו בקצרה למה הוא חזק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(ביסוס) שתתאים לנימוק "שיעורי בית עוזרים לתרגל את החומר"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"מסכים לפני השינה מזיקים לשינה" הוא משפט שאפשר לסווג כעובדה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נושא מרשימת הנושאים (למשל תלבושת אחידה) וכתבו: טענה אחת, נימוק חזק אחד וביסוס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כותבים טיעון משלנו (טענה, נימוקים, ביסוס, סיכום)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החלק הראשון בבניית טיעון (כמו גשר)?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נימוקים מומלץ לכתוב בטיעון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2–3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פתיח מתאים לפתיחת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לדעתי,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פתיח מתאים לביסוס (דוגמה)?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לדעתי,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תפקיד הביסוס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דוגמה או הוכחה לנימוק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כל הטיעון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כותבים טיעון משלנו (טענה, נימוקים, ביסוס, סיכום) – תרגול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ילדים צריכים לזוז כדי להתרכז בשיעור.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משחק כדור בהפסקה קל לי להקשיב, __________ ההפסקה עוזרת לריכוז.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__________, אני מציע/ה להאריך את ההפסקה הגדולה ב-10 דקות.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כותבים טיעון משלנו (טענה, נימוקים, ביסוס, סיכום)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לדעתי,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הוספת נימוק 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ראשית,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פתיח לסיכום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לדוגמה,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פתיח לנימוק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לסיכום,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 לביסוס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בנוסף,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 לטענה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ויכוח בעל פה בכבוד – מכירים את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תפקידו של ה'פותח/ת'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מציג/ה את הטענה של הקבוצה בבהירות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מפעיל/ה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מביא/ה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בודק/ת לפי המחוון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מוקצב לכל צד לשלב ה'הפרכה' בגלגל הוויכוח?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זמן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בקבוצה מקשיב/ה לצד השני ועונה לנימוק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מסכם/ת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תפקידו של ה'שופט/ת' בוויכוח?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מדבר/ת ראשון/ה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בודק/ת לפי המחוון: טענה, נימוק, דוגמה,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מפעיל/ה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מציע/ה המלצה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ויכוח בעל פה בכבוד – תפקידים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פותח/ת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מסכם/ת ומציע/ה המלצה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מנמק/ת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מציג/ה את הטענה של הקבוצה בבהירות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מפריך/ה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בודק/ת לפי המחוון: טענה, נימוק, דוגמה,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מסכם/ת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מפעיל/ה את הטיימר ושומר/ת על התור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מקשיב/ה לצד השני ועונה לנימוק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מביא/ה נימוק ודוגמה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ויכוח בעל פה בכבוד – מתרגלים 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מכבד לוויכוח בנושא 'מסכים לפני השינה' בתפקיד פותח/ת.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הפרכה שמתחיל ב'אני מבין/ה את הנקודה שלך, אבל...' לנימוק 'מסכים עוזרים להירגע לפני השינה'.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הכלל 'מתווכחים עם הרעיון ולא עם האדם' חשוב לוויכוח מכבד.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סיכום מכבד לסיום ויכוח, לפי הפתיח 'לסיכום, אנחנו מציעים ש...'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משוב עמיתים על טיעון כתוב – מכירים את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קריטריון במחוון המשוב בודקים אם אפשר לדעת מה העמדה כבר בפתיחה?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ופסקאות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נימוקים לפחות צריך כדי לקבל ניקוד מלא בקריטריון נימוקים רלוונטיים?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משוב עמיתים על טיעון כתוב – מכירים את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קריטריון ביסוס בודק אם לכל נימוק יש דוגמה, הוכחה או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טוב מציין רק מה לא טוב בטיעון, בלי מחמאות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משוב עמיתים על טיעון כתוב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 ברורה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רעיון בפסקה, כתיב ופיסוק נכונים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נימוקים רלוונטיים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משתמשים במילים מתאימות לכל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לדעת מה העמדה כבר בפתיחה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הטענה חוזרת והמלצה מעשית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לשון ופסקאות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לפחות שני נימוקים שקשורים לטענה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משוב עמיתים על טיעון כתוב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פתיח למחמאה מדויקת יכול להיות: אהבתי ש... או הנימוק הכי __________ בעיניי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לכתוב טענה אחת ברורה בנושא שבחרתי?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לכל נימוק שכתבתי יש ביסוס (דוגמה או הוכחה)?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השתמשתי במילות קישור מתאימות לכל חלק בטיעון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כותבים טיעון: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