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כותבים טיעון – משכנעים בחוכמה 🗣️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כותבים טיעון: משכנעים בחוכמה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ארבעת חלקי הטיעון ולזהות אותם בטקסט נתון.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להשתמש נכון במילות קישור לפי תפקידן בכתיבה ובדיבור.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עובדה לדעה ובין נימוק חזק לנימוק חלש.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טיעון מלא ולתת משוב מועיל ומכבד לטיעון של חבר/ה.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מבנה הטיעון: הגשר מהטענה למסקנה – מכירים את החלקים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מוסבר במבנה הטיעון: הטענה היא היעד, והנימוקים מובילים אליה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הנימוקים הם הסיבות שמסבירות למה חושבים כך, והם בונים את הדרך אל הטענה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מבנה הטיעון: הגשר מהטענה למסקנה – התאמה לפי הדוגמה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(לדעתי, צריך הפסקה ארוכה יותר בבית הספר)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(ילדים צריכים לזוז כדי להתרכז)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(למשל, אחרי משחק כדור בהפסקה קל לי יותר להקשיב)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מבנה הטיעון: הגשר מהטענה למסקנה – בונים טיעון צעד אחר צעד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כותבים טענה ברורה – מה אני חושב/ת על הנושא, במשפט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מוסיפים נימוק ראשון – מסבירים למה חושבים כך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מילות קישור לפי תפקיד – זיהוי תפקיד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בנוסף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אולם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מילות קישור לפי תפקיד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(לטענתי)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(למרות 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(היות 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מילות קישור לפי תפקיד – שימוש במשפט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ראשית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בנוסף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3 · מזהים טיעון: טענה, עובדה או דעה, נימוק חזק או חלש –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עובדה ניתנת לבדיקה, בניגוד לדעה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על דעה מתווכחים ואותה מנמקים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מזהים טיעון: טענה, עובדה או דעה, נימוק חזק או חלש – זיהוי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ההפסקה הגדולה צריכה להיות ארוכה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בבית הספר יש שיעור ראשון בשעה שמונה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מזהים טיעון: טענה, עובדה או דעה, נימוק חזק או חלש – כתיבה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נימוק הקשור לטענה ומוסבר, לדוגמה: בעלי חיים מלמדים אחריות ומחזקים למידה רגשית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תרגול שאלות בבית עזר לי להבין נושא קשה במתמטיקה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4 · כותבים טיעון משלנו (טענה, נימוקים, ביסוס, סיכום) – היכרות עם המבנה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טענה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2–3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לדעתי,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כותבים טיעון משלנו (טענה, נימוקים, ביסוס, סיכום) – תרגול 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ראשית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כותבים טיעון משלנו (טענה, נימוקים, ביסוס, סיכום) – התאמה וסדר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(פתיח לטענה)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(פתיח לנימוק)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(פתיח לביסוס)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(פתיח לסיכום)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5 · ויכוח בעל פה בכבוד – מכירים את הגלגל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מציג/ה את הטענה של הקבוצה בבהירות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30 שניות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מפריך/ה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5 · ויכוח בעל פה בכבוד – תפקידים ותיאורים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(מציג/ה את הטענה של הקבוצה בבהירות)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(מביא/ה נימוק ודוגמה)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(מקשיב/ה לצד השני ועונה לנימוק שלו)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(מסכם/ת ומציע/ה המלצה)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ויכוח בעל פה בכבוד – מתרגלים ויכוח מכבד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לסיכום, אנחנו מציעים שבתי הספר יקבעו זמן קבוע לסיום השימוש במסכים.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6 · משוב עמיתים על טיעון כתוב – מכירים את המחוון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טענה ברורה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שניים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6 · משוב עמיתים על טיעון כתוב – מכירים את המחוון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במחוון המשוב בדף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6 · משוב עמיתים על טיעון כתוב – מתאימים ומשלימים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(אפשר לדעת מה העמדה כבר בפתיחה)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(לפחות שני נימוקים שקשורים לטענה)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(הטענה חוזרת והמלצה מעשית)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(משתמשים במילים מתאימות לכל תפקיד)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משוב עמיתים על טיעון כתוב – מתאימים ומשלימים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הטענה מנוסחת במשפט אחד וברור, בדרך כלל עם פתיח כמו 'לדעתי' או 'אני חושב/ת ש'.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לפחות שני נימוקים, וכל נימוק מלווה בדוגמה, הוכחה או ניסיון אישי רלוונטי.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נעשה שימוש נכון במילות קישור לפי תפקידן (פתיחה, הוספה, דוגמה, ניגוד, סיבה, מסקנה), והסיכום כולל המלצה מעשית.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לחלק את החוברת לשלושה-ארבעה מפגשים: מבנה ומילות קישור, זיהוי וניתוח, כתיבה עצמאית, ולבסוף ויכוח ומשוב עמיתים.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שמתקשים אפשר להתחיל מתרגילי הזיהוי (טענה, עובדה/דעה, חזק/חלש) לפני הכתיבה העצמאית, ולהרשות שימוש בבנק מילות הקישור כעזר קבוע.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כדאי להוסיף נימוק שלישי, לתרגל הפרכה של טיעון נגדי, ולהעשיר את מילות הקישור מעבר לבנק הבסיסי.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לשלב בין עבודה אישית (כתיבת הטיעון) לעבודה זוגית/קבוצתית (ויכוח בעל פה ומשוב עמיתים) כדי לחזק גם הקשבה וגם ביטוי בכתב.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כותבים טיעון – משכנעים בחוכמה 🗣️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כותבים טיעון: משכנעים בחוכמה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בחוברת הזאת תתרגלו שלב אחרי שלב את כתיבת הטיעון – מהבנת המבנה ועד כתיבה עצמאית וויכוח בעל פה. עבדו לפי סדר הפרקים, ובכל פרק קראו את הדוגמה לפני שאתם כותבים בעצמכם.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בנוסף  ·  למשל  ·  ראשית  ·  ראשית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מבנה הטיעון: הגשר מהטענה למסקנה – מכירים את החלקים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הטיעון בנוי כמו גשר, כשהטענה היא היעד שאליו מגיעים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הנימוקים הם ה'לבנים' שמחברות בין ההתחלה לטענה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מבנה הטיעון: הגשר מהטענה למסקנה – התאמה לפי הדוגמה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טענה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למשל, אחרי משחק כדור בהפסקה קל לי יותר להקשיב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נימוק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לדעתי, צריך הפסקה ארוכה יותר בבית הספר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ביסוס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ילדים צריכים לזוז כדי להתרכז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מבנה הטיעון: הגשר מהטענה למסקנה – בונים טיעון צעד אחר צעד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מוסיפים נימוק ראשון – מסבירים למה חושבים כך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כותבים טענה ברורה – מה אני חושב/ת על הנושא, במשפט אחד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2 · מילות קישור לפי תפקיד – זיהוי תפקיד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איזו מילה מתאימה לתפקיד "הוספה"?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למשל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בנוסף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איזו מילה מתאימה לתפקיד "ניגוד והסתייגות"?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וגם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אולם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מילות קישור לפי תפקיד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פתיחה – הבעת עמדה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היות 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ניגוד והסתייגות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לטענתי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סיבה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למרות 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מילות קישור לפי תפקיד – שימוש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יש להאריך את ההפסקה. __________, ילדים צריכים לנוח מהלמידה.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אני חושב שכדאי טיול שנתי ארוך. __________, זה מחזק את הכיתה.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3 · מזהים טיעון: טענה, עובדה או דעה, נימוק חזק או חלש –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עובדה היא משפט שאפשר לבדוק ולהוכיח אם הוא נכון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דעה היא מה שמישהו חושב, מרגיש או מאמין בו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3 · מזהים טיעון: טענה, עובדה או דעה, נימוק חזק או חלש – זיהוי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בטקסט "הפסקה ארוכה – זה הזמן", מהי הטענה המרכזית?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ילדים צריכים לזוז בהפסקה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ההפסקה הגדולה צריכה להיות ארוכה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בהפסקה מתחזקות חברויות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איזה משפט מבין הבאים הוא עובדה ולא דעה?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בית הספר צריך להתחיל מאוחר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בבית הספר יש שיעור ראשון בשעה שמונה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ההפסקה הכי חשובה ביום הלימודים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מזהים טיעון: טענה, עובדה או דעה, נימוק חזק או חלש – כתיבה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נימוק חזק אחד לטענה "כדאי להביא בעלי חיים לכיתה", והסבירו בקצרה למה הוא חזק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כתבו דוגמה (ביסוס) שתתאים לנימוק "שיעורי בית עוזרים לתרגל את החומר"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4 · כותבים טיעון משלנו (טענה, נימוקים, ביסוס, סיכום) – היכרות עם המבנה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החלק הראשון בבניית טיעון (כמו גשר)?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סיכום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טענה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ביסוס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נימוקים מומלץ לכתוב בטיעון שלם?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רק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2–3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איזה פתיח מתאים לפתיחת הטענה?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למשל,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לדעתי,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לכן,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4 · כותבים טיעון משלנו (טענה, נימוקים, ביסוס, סיכום) – תרגול 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__________, ילדים צריכים לזוז כדי להתרכז בשיעור.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אחרי משחק כדור בהפסקה קל לי להקשיב, __________ ההפסקה עוזרת לריכוז.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4 · כותבים טיעון משלנו (טענה, נימוקים, ביסוס, סיכום) – התאמה וסדר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לדעתי,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פתיח לנימוק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ראשית,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פתיח לביסוס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לדוגמה,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פתיח לסיכום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לסיכום,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פתיח לטענה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5 · ויכוח בעל פה בכבוד – מכירים את הגלגל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תפקידו של ה'פותח/ת' בקבוצה?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מציג/ה את הטענה של הקבוצה בבהירות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מפעיל/ה את הטיימר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מביא/ה נימוק ודוגמה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זמן מוקצב לכל צד לשלב ה'הפרכה' בגלגל הוויכוח?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דקה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30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שתי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מי בקבוצה מקשיב/ה לצד השני ועונה לנימוק שלו?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מנמק/ת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מפריך/ה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מסכם/ת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5 · ויכוח בעל פה בכבוד – תפקידים ותיאורים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פותח/ת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מקשיב/ה לצד השני ועונה לנימוק שלו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מנמק/ת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מסכם/ת ומציע/ה המלצה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מפריך/ה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מביא/ה נימוק ודוגמה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מסכם/ת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מציג/ה את הטענה של הקבוצה בבהירות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5 · ויכוח בעל פה בכבוד – מתרגלים ויכוח מכבד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סיכום מכבד לסיום ויכוח, לפי הפתיח 'לסיכום, אנחנו מציעים ש...'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6 · משוב עמיתים על טיעון כתוב – מכירים את המחוון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באיזה קריטריון במחוון המשוב בודקים אם אפשר לדעת מה העמדה כבר בפתיחה?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טענה ברורה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ביסוס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מילות קישור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נימוקים לפחות צריך כדי לקבל ניקוד מלא בקריטריון נימוקים רלוונטיים?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שלושה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6 · משוב עמיתים על טיעון כתוב – מכירים את המחוון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קריטריון ביסוס בודק אם לכל נימוק יש דוגמה, הוכחה או הסבר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פרק 6 · משוב עמיתים על טיעון כתוב – מתאימים ומשלימים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טענה ברורה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משתמשים במילים מתאימות לכל תפקיד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נימוקים רלוונטיים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אפשר לדעת מה העמדה כבר בפתיחה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סיכום והמלצה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לפחות שני נימוקים שקשורים לטענה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מילות קישור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הטענה חוזרת והמלצה מעשית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19  חלק י״ט – פרק 6 · משוב עמיתים על טיעון כתוב – מתאימים ומשלימים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האם אני יודע/ת לכתוב טענה אחת ברורה בנושא שבחרתי?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האם לכל נימוק שכתבתי יש ביסוס (דוגמה או הוכחה)?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כותבים טיעון: משכנעים בחוכמה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